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2304A"/>
          <w:sz w:val="36"/>
        </w:rPr>
        <w:t>Podcast Recording Readiness Checklist + Track Map</w:t>
      </w:r>
    </w:p>
    <w:p>
      <w:pPr>
        <w:spacing w:after="100"/>
        <w:jc w:val="center"/>
      </w:pPr>
      <w:r>
        <w:rPr>
          <w:i/>
          <w:color w:val="56606A"/>
          <w:sz w:val="17"/>
        </w:rPr>
        <w:t>A simple pre-recording worksheet for organizing speakers, audio and cameras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5" w:space="0" w:color="B8CAD8"/>
          <w:left w:val="single" w:sz="5" w:space="0" w:color="B8CAD8"/>
          <w:bottom w:val="single" w:sz="5" w:space="0" w:color="B8CAD8"/>
          <w:right w:val="single" w:sz="5" w:space="0" w:color="B8CAD8"/>
          <w:insideH w:val="single" w:sz="5" w:space="0" w:color="B8CAD8"/>
          <w:insideV w:val="single" w:sz="5" w:space="0" w:color="B8CAD8"/>
        </w:tblBorders>
      </w:tblPr>
      <w:tblGrid>
        <w:gridCol w:w="10858"/>
      </w:tblGrid>
      <w:tr>
        <w:tc>
          <w:tcPr>
            <w:tcW w:type="dxa" w:w="10858"/>
            <w:shd w:fill="EEF4F8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/>
            </w:pPr>
            <w:r>
              <w:rPr>
                <w:b/>
                <w:color w:val="12304A"/>
                <w:sz w:val="18"/>
              </w:rPr>
              <w:t xml:space="preserve">Start here: </w:t>
            </w:r>
            <w:r>
              <w:rPr>
                <w:sz w:val="18"/>
              </w:rPr>
              <w:t>Before recording or preparing your project for editing, complete the checklist below. Then fill in the track map so each speaker is matched to the correct audio and camera track.</w:t>
            </w:r>
          </w:p>
        </w:tc>
      </w:tr>
    </w:tbl>
    <w:p>
      <w:pPr>
        <w:spacing w:before="40" w:after="20"/>
        <w:jc w:val="right"/>
      </w:pPr>
      <w:r>
        <w:rPr>
          <w:color w:val="697178"/>
          <w:sz w:val="15"/>
        </w:rPr>
        <w:t>Version: 11 October 2026</w:t>
      </w:r>
    </w:p>
    <w:p>
      <w:pPr>
        <w:spacing w:before="80" w:after="60"/>
      </w:pPr>
      <w:r>
        <w:rPr>
          <w:b/>
          <w:color w:val="183D5D"/>
          <w:sz w:val="23"/>
        </w:rPr>
        <w:t>1. Recording Readiness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8DEE4"/>
          <w:left w:val="single" w:sz="5" w:space="0" w:color="D8DEE4"/>
          <w:bottom w:val="single" w:sz="5" w:space="0" w:color="D8DEE4"/>
          <w:right w:val="single" w:sz="5" w:space="0" w:color="D8DEE4"/>
          <w:insideH w:val="single" w:sz="5" w:space="0" w:color="D8DEE4"/>
          <w:insideV w:val="single" w:sz="5" w:space="0" w:color="D8DEE4"/>
        </w:tblBorders>
      </w:tblPr>
      <w:tblGrid>
        <w:gridCol w:w="5429"/>
        <w:gridCol w:w="5429"/>
      </w:tblGrid>
      <w:tr>
        <w:tc>
          <w:tcPr>
            <w:tcW w:type="dxa" w:w="2232"/>
            <w:vAlign w:val="center"/>
            <w:tcMar>
              <w:top w:w="36" w:type="dxa"/>
              <w:start w:w="68" w:type="dxa"/>
              <w:bottom w:w="36" w:type="dxa"/>
              <w:end w:w="68" w:type="dxa"/>
            </w:tcMar>
          </w:tcPr>
          <w:p>
            <w:pPr>
              <w:spacing w:after="0"/>
            </w:pPr>
            <w:r>
              <w:rPr>
                <w:b/>
                <w:color w:val="243544"/>
                <w:sz w:val="17"/>
              </w:rPr>
              <w:t>☐  Editor &amp; Version</w:t>
            </w:r>
          </w:p>
        </w:tc>
        <w:tc>
          <w:tcPr>
            <w:tcW w:type="dxa" w:w="8568"/>
            <w:vAlign w:val="center"/>
            <w:tcMar>
              <w:top w:w="36" w:type="dxa"/>
              <w:start w:w="68" w:type="dxa"/>
              <w:bottom w:w="36" w:type="dxa"/>
              <w:end w:w="68" w:type="dxa"/>
            </w:tcMar>
          </w:tcPr>
          <w:p>
            <w:pPr>
              <w:spacing w:after="0"/>
            </w:pPr>
            <w:r>
              <w:rPr>
                <w:sz w:val="17"/>
              </w:rPr>
              <w:t>Editor: ____________________    Version: ____________________</w:t>
            </w:r>
          </w:p>
        </w:tc>
      </w:tr>
      <w:tr>
        <w:tc>
          <w:tcPr>
            <w:tcW w:type="dxa" w:w="2232"/>
            <w:vAlign w:val="center"/>
            <w:tcMar>
              <w:top w:w="36" w:type="dxa"/>
              <w:start w:w="68" w:type="dxa"/>
              <w:bottom w:w="36" w:type="dxa"/>
              <w:end w:w="68" w:type="dxa"/>
            </w:tcMar>
            <w:shd w:fill="F8FAFB"/>
          </w:tcPr>
          <w:p>
            <w:pPr>
              <w:spacing w:after="0"/>
            </w:pPr>
            <w:r>
              <w:rPr>
                <w:b/>
                <w:color w:val="243544"/>
                <w:sz w:val="17"/>
              </w:rPr>
              <w:t>☐  Operating System</w:t>
            </w:r>
          </w:p>
        </w:tc>
        <w:tc>
          <w:tcPr>
            <w:tcW w:type="dxa" w:w="8568"/>
            <w:vAlign w:val="center"/>
            <w:tcMar>
              <w:top w:w="36" w:type="dxa"/>
              <w:start w:w="68" w:type="dxa"/>
              <w:bottom w:w="36" w:type="dxa"/>
              <w:end w:w="68" w:type="dxa"/>
            </w:tcMar>
            <w:shd w:fill="F8FAFB"/>
          </w:tcPr>
          <w:p>
            <w:pPr>
              <w:spacing w:after="0"/>
            </w:pPr>
            <w:r>
              <w:rPr>
                <w:sz w:val="17"/>
              </w:rPr>
              <w:t>OS: _______________________    Version: ____________________</w:t>
            </w:r>
          </w:p>
        </w:tc>
      </w:tr>
      <w:tr>
        <w:tc>
          <w:tcPr>
            <w:tcW w:type="dxa" w:w="2232"/>
            <w:vAlign w:val="center"/>
            <w:tcMar>
              <w:top w:w="36" w:type="dxa"/>
              <w:start w:w="68" w:type="dxa"/>
              <w:bottom w:w="36" w:type="dxa"/>
              <w:end w:w="68" w:type="dxa"/>
            </w:tcMar>
          </w:tcPr>
          <w:p>
            <w:pPr>
              <w:spacing w:after="0"/>
            </w:pPr>
            <w:r>
              <w:rPr>
                <w:b/>
                <w:color w:val="243544"/>
                <w:sz w:val="17"/>
              </w:rPr>
              <w:t>☐  Speakers</w:t>
            </w:r>
          </w:p>
        </w:tc>
        <w:tc>
          <w:tcPr>
            <w:tcW w:type="dxa" w:w="8568"/>
            <w:vAlign w:val="center"/>
            <w:tcMar>
              <w:top w:w="36" w:type="dxa"/>
              <w:start w:w="68" w:type="dxa"/>
              <w:bottom w:w="36" w:type="dxa"/>
              <w:end w:w="68" w:type="dxa"/>
            </w:tcMar>
          </w:tcPr>
          <w:p>
            <w:pPr>
              <w:spacing w:after="0"/>
            </w:pPr>
            <w:r>
              <w:rPr>
                <w:sz w:val="17"/>
              </w:rPr>
              <w:t>Number of speakers: ______    Names: ______________________________</w:t>
            </w:r>
          </w:p>
        </w:tc>
      </w:tr>
      <w:tr>
        <w:tc>
          <w:tcPr>
            <w:tcW w:type="dxa" w:w="2232"/>
            <w:vAlign w:val="center"/>
            <w:tcMar>
              <w:top w:w="36" w:type="dxa"/>
              <w:start w:w="68" w:type="dxa"/>
              <w:bottom w:w="36" w:type="dxa"/>
              <w:end w:w="68" w:type="dxa"/>
            </w:tcMar>
            <w:shd w:fill="F8FAFB"/>
          </w:tcPr>
          <w:p>
            <w:pPr>
              <w:spacing w:after="0"/>
            </w:pPr>
            <w:r>
              <w:rPr>
                <w:b/>
                <w:color w:val="243544"/>
                <w:sz w:val="17"/>
              </w:rPr>
              <w:t>☐  Cameras</w:t>
            </w:r>
          </w:p>
        </w:tc>
        <w:tc>
          <w:tcPr>
            <w:tcW w:type="dxa" w:w="8568"/>
            <w:vAlign w:val="center"/>
            <w:tcMar>
              <w:top w:w="36" w:type="dxa"/>
              <w:start w:w="68" w:type="dxa"/>
              <w:bottom w:w="36" w:type="dxa"/>
              <w:end w:w="68" w:type="dxa"/>
            </w:tcMar>
            <w:shd w:fill="F8FAFB"/>
          </w:tcPr>
          <w:p>
            <w:pPr>
              <w:spacing w:after="0"/>
            </w:pPr>
            <w:r>
              <w:rPr>
                <w:sz w:val="17"/>
              </w:rPr>
              <w:t>Number of cameras: ______    Confirm each required camera is recording.</w:t>
            </w:r>
          </w:p>
        </w:tc>
      </w:tr>
      <w:tr>
        <w:tc>
          <w:tcPr>
            <w:tcW w:type="dxa" w:w="2232"/>
            <w:vAlign w:val="center"/>
            <w:tcMar>
              <w:top w:w="36" w:type="dxa"/>
              <w:start w:w="68" w:type="dxa"/>
              <w:bottom w:w="36" w:type="dxa"/>
              <w:end w:w="68" w:type="dxa"/>
            </w:tcMar>
          </w:tcPr>
          <w:p>
            <w:pPr>
              <w:spacing w:after="0"/>
            </w:pPr>
            <w:r>
              <w:rPr>
                <w:b/>
                <w:color w:val="243544"/>
                <w:sz w:val="17"/>
              </w:rPr>
              <w:t>☐  Separate Audio</w:t>
            </w:r>
          </w:p>
        </w:tc>
        <w:tc>
          <w:tcPr>
            <w:tcW w:type="dxa" w:w="8568"/>
            <w:vAlign w:val="center"/>
            <w:tcMar>
              <w:top w:w="36" w:type="dxa"/>
              <w:start w:w="68" w:type="dxa"/>
              <w:bottom w:w="36" w:type="dxa"/>
              <w:end w:w="68" w:type="dxa"/>
            </w:tcMar>
          </w:tcPr>
          <w:p>
            <w:r>
              <w:rPr>
                <w:sz w:val="17"/>
              </w:rPr>
              <w:t>If speakers use separate mics, note each person's audio track or file in the track map below. If everyone is on one mixed track, write 'Mixed audio'.</w:t>
            </w:r>
          </w:p>
        </w:tc>
      </w:tr>
      <w:tr>
        <w:tc>
          <w:tcPr>
            <w:tcW w:type="dxa" w:w="2232"/>
            <w:vAlign w:val="center"/>
            <w:tcMar>
              <w:top w:w="36" w:type="dxa"/>
              <w:start w:w="68" w:type="dxa"/>
              <w:bottom w:w="36" w:type="dxa"/>
              <w:end w:w="68" w:type="dxa"/>
            </w:tcMar>
            <w:shd w:fill="F8FAFB"/>
          </w:tcPr>
          <w:p>
            <w:pPr>
              <w:spacing w:after="0"/>
            </w:pPr>
            <w:r>
              <w:rPr>
                <w:b/>
                <w:color w:val="243544"/>
                <w:sz w:val="17"/>
              </w:rPr>
              <w:t>☐  File Organization</w:t>
            </w:r>
          </w:p>
        </w:tc>
        <w:tc>
          <w:tcPr>
            <w:tcW w:type="dxa" w:w="8568"/>
            <w:vAlign w:val="center"/>
            <w:tcMar>
              <w:top w:w="36" w:type="dxa"/>
              <w:start w:w="68" w:type="dxa"/>
              <w:bottom w:w="36" w:type="dxa"/>
              <w:end w:w="68" w:type="dxa"/>
            </w:tcMar>
            <w:shd w:fill="F8FAFB"/>
          </w:tcPr>
          <w:p>
            <w:pPr>
              <w:spacing w:after="0"/>
            </w:pPr>
            <w:r>
              <w:rPr>
                <w:sz w:val="17"/>
              </w:rPr>
              <w:t>Use clear filenames and keep recording files together in one easy-to-find project folder.</w:t>
            </w:r>
          </w:p>
        </w:tc>
      </w:tr>
    </w:tbl>
    <w:p>
      <w:pPr>
        <w:spacing w:before="80" w:after="60"/>
      </w:pPr>
      <w:r>
        <w:rPr>
          <w:b/>
          <w:color w:val="183D5D"/>
          <w:sz w:val="23"/>
        </w:rPr>
        <w:t>2. Example Track Map</w:t>
      </w:r>
    </w:p>
    <w:p>
      <w:pPr>
        <w:spacing w:after="40"/>
      </w:pPr>
      <w:r>
        <w:rPr>
          <w:i/>
          <w:color w:val="5F666C"/>
          <w:sz w:val="15"/>
        </w:rPr>
        <w:t>Illustrative example — track names and setup may vary by project.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C9D2D9"/>
          <w:left w:val="single" w:sz="5" w:space="0" w:color="C9D2D9"/>
          <w:bottom w:val="single" w:sz="5" w:space="0" w:color="C9D2D9"/>
          <w:right w:val="single" w:sz="5" w:space="0" w:color="C9D2D9"/>
          <w:insideH w:val="single" w:sz="5" w:space="0" w:color="C9D2D9"/>
          <w:insideV w:val="single" w:sz="5" w:space="0" w:color="C9D2D9"/>
        </w:tblBorders>
      </w:tblPr>
      <w:tblGrid>
        <w:gridCol w:w="2714"/>
        <w:gridCol w:w="2714"/>
        <w:gridCol w:w="2714"/>
        <w:gridCol w:w="2714"/>
      </w:tblGrid>
      <w:tr>
        <w:tc>
          <w:tcPr>
            <w:tcW w:type="dxa" w:w="1699"/>
            <w:shd w:fill="E8EEF3"/>
            <w:tcMar>
              <w:top w:w="32" w:type="dxa"/>
              <w:start w:w="45" w:type="dxa"/>
              <w:bottom w:w="32" w:type="dxa"/>
              <w:end w:w="45" w:type="dxa"/>
            </w:tcMar>
          </w:tcPr>
          <w:p>
            <w:pPr>
              <w:spacing w:after="0"/>
            </w:pPr>
            <w:r>
              <w:rPr>
                <w:b/>
                <w:color w:val="1F3546"/>
                <w:sz w:val="15"/>
              </w:rPr>
              <w:t>Speaker</w:t>
            </w:r>
          </w:p>
        </w:tc>
        <w:tc>
          <w:tcPr>
            <w:tcW w:type="dxa" w:w="2621"/>
            <w:shd w:fill="E8EEF3"/>
            <w:tcMar>
              <w:top w:w="32" w:type="dxa"/>
              <w:start w:w="45" w:type="dxa"/>
              <w:bottom w:w="32" w:type="dxa"/>
              <w:end w:w="45" w:type="dxa"/>
            </w:tcMar>
          </w:tcPr>
          <w:p>
            <w:pPr>
              <w:spacing w:after="0"/>
            </w:pPr>
            <w:r>
              <w:rPr>
                <w:b/>
                <w:color w:val="1F3546"/>
                <w:sz w:val="15"/>
              </w:rPr>
              <w:t>Microphone / Audio Track</w:t>
            </w:r>
          </w:p>
        </w:tc>
        <w:tc>
          <w:tcPr>
            <w:tcW w:type="dxa" w:w="2333"/>
            <w:shd w:fill="E8EEF3"/>
            <w:tcMar>
              <w:top w:w="32" w:type="dxa"/>
              <w:start w:w="45" w:type="dxa"/>
              <w:bottom w:w="32" w:type="dxa"/>
              <w:end w:w="45" w:type="dxa"/>
            </w:tcMar>
          </w:tcPr>
          <w:p>
            <w:pPr>
              <w:spacing w:after="0"/>
            </w:pPr>
            <w:r>
              <w:rPr>
                <w:b/>
                <w:color w:val="1F3546"/>
                <w:sz w:val="15"/>
              </w:rPr>
              <w:t>Camera / Video Track</w:t>
            </w:r>
          </w:p>
        </w:tc>
        <w:tc>
          <w:tcPr>
            <w:tcW w:type="dxa" w:w="4104"/>
            <w:shd w:fill="E8EEF3"/>
            <w:tcMar>
              <w:top w:w="32" w:type="dxa"/>
              <w:start w:w="45" w:type="dxa"/>
              <w:bottom w:w="32" w:type="dxa"/>
              <w:end w:w="45" w:type="dxa"/>
            </w:tcMar>
          </w:tcPr>
          <w:p>
            <w:pPr>
              <w:spacing w:after="0"/>
            </w:pPr>
            <w:r>
              <w:rPr>
                <w:b/>
                <w:color w:val="1F3546"/>
                <w:sz w:val="15"/>
              </w:rPr>
              <w:t>Notes</w:t>
            </w:r>
          </w:p>
        </w:tc>
      </w:tr>
      <w:tr>
        <w:tc>
          <w:tcPr>
            <w:tcW w:type="dxa" w:w="1699"/>
            <w:tcMar>
              <w:top w:w="30" w:type="dxa"/>
              <w:start w:w="45" w:type="dxa"/>
              <w:bottom w:w="30" w:type="dxa"/>
              <w:end w:w="45" w:type="dxa"/>
            </w:tcMar>
          </w:tcPr>
          <w:p>
            <w:pPr>
              <w:spacing w:after="0"/>
            </w:pPr>
            <w:r>
              <w:rPr>
                <w:sz w:val="15"/>
              </w:rPr>
              <w:t>Alex</w:t>
            </w:r>
          </w:p>
        </w:tc>
        <w:tc>
          <w:tcPr>
            <w:tcW w:type="dxa" w:w="2621"/>
            <w:tcMar>
              <w:top w:w="30" w:type="dxa"/>
              <w:start w:w="45" w:type="dxa"/>
              <w:bottom w:w="30" w:type="dxa"/>
              <w:end w:w="45" w:type="dxa"/>
            </w:tcMar>
          </w:tcPr>
          <w:p>
            <w:pPr>
              <w:spacing w:after="0"/>
            </w:pPr>
            <w:r>
              <w:rPr>
                <w:sz w:val="15"/>
              </w:rPr>
              <w:t>Audio 1</w:t>
            </w:r>
          </w:p>
        </w:tc>
        <w:tc>
          <w:tcPr>
            <w:tcW w:type="dxa" w:w="2333"/>
            <w:tcMar>
              <w:top w:w="30" w:type="dxa"/>
              <w:start w:w="45" w:type="dxa"/>
              <w:bottom w:w="30" w:type="dxa"/>
              <w:end w:w="45" w:type="dxa"/>
            </w:tcMar>
          </w:tcPr>
          <w:p>
            <w:pPr>
              <w:spacing w:after="0"/>
            </w:pPr>
            <w:r>
              <w:rPr>
                <w:sz w:val="15"/>
              </w:rPr>
              <w:t>Camera 1</w:t>
            </w:r>
          </w:p>
        </w:tc>
        <w:tc>
          <w:tcPr>
            <w:tcW w:type="dxa" w:w="4104"/>
            <w:tcMar>
              <w:top w:w="30" w:type="dxa"/>
              <w:start w:w="45" w:type="dxa"/>
              <w:bottom w:w="30" w:type="dxa"/>
              <w:end w:w="45" w:type="dxa"/>
            </w:tcMar>
          </w:tcPr>
          <w:p>
            <w:pPr>
              <w:spacing w:after="0"/>
            </w:pPr>
            <w:r>
              <w:rPr>
                <w:sz w:val="15"/>
              </w:rPr>
              <w:t>Match Alex's voice to Camera 1</w:t>
            </w:r>
          </w:p>
        </w:tc>
      </w:tr>
      <w:tr>
        <w:tc>
          <w:tcPr>
            <w:tcW w:type="dxa" w:w="1699"/>
            <w:tcMar>
              <w:top w:w="30" w:type="dxa"/>
              <w:start w:w="45" w:type="dxa"/>
              <w:bottom w:w="30" w:type="dxa"/>
              <w:end w:w="45" w:type="dxa"/>
            </w:tcMar>
          </w:tcPr>
          <w:p>
            <w:pPr>
              <w:spacing w:after="0"/>
            </w:pPr>
            <w:r>
              <w:rPr>
                <w:sz w:val="15"/>
              </w:rPr>
              <w:t>Sam</w:t>
            </w:r>
          </w:p>
        </w:tc>
        <w:tc>
          <w:tcPr>
            <w:tcW w:type="dxa" w:w="2621"/>
            <w:tcMar>
              <w:top w:w="30" w:type="dxa"/>
              <w:start w:w="45" w:type="dxa"/>
              <w:bottom w:w="30" w:type="dxa"/>
              <w:end w:w="45" w:type="dxa"/>
            </w:tcMar>
          </w:tcPr>
          <w:p>
            <w:pPr>
              <w:spacing w:after="0"/>
            </w:pPr>
            <w:r>
              <w:rPr>
                <w:sz w:val="15"/>
              </w:rPr>
              <w:t>Audio 2</w:t>
            </w:r>
          </w:p>
        </w:tc>
        <w:tc>
          <w:tcPr>
            <w:tcW w:type="dxa" w:w="2333"/>
            <w:tcMar>
              <w:top w:w="30" w:type="dxa"/>
              <w:start w:w="45" w:type="dxa"/>
              <w:bottom w:w="30" w:type="dxa"/>
              <w:end w:w="45" w:type="dxa"/>
            </w:tcMar>
          </w:tcPr>
          <w:p>
            <w:pPr>
              <w:spacing w:after="0"/>
            </w:pPr>
            <w:r>
              <w:rPr>
                <w:sz w:val="15"/>
              </w:rPr>
              <w:t>Camera 2</w:t>
            </w:r>
          </w:p>
        </w:tc>
        <w:tc>
          <w:tcPr>
            <w:tcW w:type="dxa" w:w="4104"/>
            <w:tcMar>
              <w:top w:w="30" w:type="dxa"/>
              <w:start w:w="45" w:type="dxa"/>
              <w:bottom w:w="30" w:type="dxa"/>
              <w:end w:w="45" w:type="dxa"/>
            </w:tcMar>
          </w:tcPr>
          <w:p>
            <w:pPr>
              <w:spacing w:after="0"/>
            </w:pPr>
            <w:r>
              <w:rPr>
                <w:sz w:val="15"/>
              </w:rPr>
              <w:t>Match Sam's voice to Camera 2</w:t>
            </w:r>
          </w:p>
        </w:tc>
      </w:tr>
    </w:tbl>
    <w:p>
      <w:pPr>
        <w:spacing w:before="80" w:after="60"/>
      </w:pPr>
      <w:r>
        <w:rPr>
          <w:b/>
          <w:color w:val="183D5D"/>
          <w:sz w:val="23"/>
        </w:rPr>
        <w:t>3. Your Track 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C9D2D9"/>
          <w:left w:val="single" w:sz="5" w:space="0" w:color="C9D2D9"/>
          <w:bottom w:val="single" w:sz="5" w:space="0" w:color="C9D2D9"/>
          <w:right w:val="single" w:sz="5" w:space="0" w:color="C9D2D9"/>
          <w:insideH w:val="single" w:sz="5" w:space="0" w:color="C9D2D9"/>
          <w:insideV w:val="single" w:sz="5" w:space="0" w:color="C9D2D9"/>
        </w:tblBorders>
      </w:tblPr>
      <w:tblGrid>
        <w:gridCol w:w="2714"/>
        <w:gridCol w:w="2714"/>
        <w:gridCol w:w="2714"/>
        <w:gridCol w:w="2714"/>
      </w:tblGrid>
      <w:tr>
        <w:tc>
          <w:tcPr>
            <w:tcW w:type="dxa" w:w="1699"/>
            <w:shd w:fill="E8EEF3"/>
            <w:tcMar>
              <w:top w:w="32" w:type="dxa"/>
              <w:start w:w="45" w:type="dxa"/>
              <w:bottom w:w="32" w:type="dxa"/>
              <w:end w:w="45" w:type="dxa"/>
            </w:tcMar>
          </w:tcPr>
          <w:p>
            <w:pPr>
              <w:spacing w:after="0"/>
            </w:pPr>
            <w:r>
              <w:rPr>
                <w:b/>
                <w:color w:val="1F3546"/>
                <w:sz w:val="15"/>
              </w:rPr>
              <w:t>Speaker</w:t>
            </w:r>
          </w:p>
        </w:tc>
        <w:tc>
          <w:tcPr>
            <w:tcW w:type="dxa" w:w="2621"/>
            <w:shd w:fill="E8EEF3"/>
            <w:tcMar>
              <w:top w:w="32" w:type="dxa"/>
              <w:start w:w="45" w:type="dxa"/>
              <w:bottom w:w="32" w:type="dxa"/>
              <w:end w:w="45" w:type="dxa"/>
            </w:tcMar>
          </w:tcPr>
          <w:p>
            <w:pPr>
              <w:spacing w:after="0"/>
            </w:pPr>
            <w:r>
              <w:rPr>
                <w:b/>
                <w:color w:val="1F3546"/>
                <w:sz w:val="15"/>
              </w:rPr>
              <w:t>Microphone / Audio Track</w:t>
            </w:r>
          </w:p>
        </w:tc>
        <w:tc>
          <w:tcPr>
            <w:tcW w:type="dxa" w:w="2333"/>
            <w:shd w:fill="E8EEF3"/>
            <w:tcMar>
              <w:top w:w="32" w:type="dxa"/>
              <w:start w:w="45" w:type="dxa"/>
              <w:bottom w:w="32" w:type="dxa"/>
              <w:end w:w="45" w:type="dxa"/>
            </w:tcMar>
          </w:tcPr>
          <w:p>
            <w:pPr>
              <w:spacing w:after="0"/>
            </w:pPr>
            <w:r>
              <w:rPr>
                <w:b/>
                <w:color w:val="1F3546"/>
                <w:sz w:val="15"/>
              </w:rPr>
              <w:t>Camera / Video Track</w:t>
            </w:r>
          </w:p>
        </w:tc>
        <w:tc>
          <w:tcPr>
            <w:tcW w:type="dxa" w:w="4104"/>
            <w:shd w:fill="E8EEF3"/>
            <w:tcMar>
              <w:top w:w="32" w:type="dxa"/>
              <w:start w:w="45" w:type="dxa"/>
              <w:bottom w:w="32" w:type="dxa"/>
              <w:end w:w="45" w:type="dxa"/>
            </w:tcMar>
          </w:tcPr>
          <w:p>
            <w:pPr>
              <w:spacing w:after="0"/>
            </w:pPr>
            <w:r>
              <w:rPr>
                <w:b/>
                <w:color w:val="1F3546"/>
                <w:sz w:val="15"/>
              </w:rPr>
              <w:t>Notes</w:t>
            </w:r>
          </w:p>
        </w:tc>
      </w:tr>
      <w:tr>
        <w:tc>
          <w:tcPr>
            <w:tcW w:type="dxa" w:w="1699"/>
            <w:tcMar>
              <w:top w:w="38" w:type="dxa"/>
              <w:start w:w="45" w:type="dxa"/>
              <w:bottom w:w="38" w:type="dxa"/>
              <w:end w:w="45" w:type="dxa"/>
            </w:tcMar>
          </w:tcPr>
          <w:p>
            <w:pPr>
              <w:spacing w:after="0"/>
            </w:pPr>
            <w:r>
              <w:rPr>
                <w:color w:val="4D545A"/>
                <w:sz w:val="15"/>
              </w:rPr>
              <w:t>Speaker 1: __________</w:t>
            </w:r>
          </w:p>
        </w:tc>
        <w:tc>
          <w:tcPr>
            <w:tcW w:type="dxa" w:w="2621"/>
            <w:tcMar>
              <w:top w:w="38" w:type="dxa"/>
              <w:start w:w="45" w:type="dxa"/>
              <w:bottom w:w="38" w:type="dxa"/>
              <w:end w:w="45" w:type="dxa"/>
            </w:tcMar>
          </w:tcPr>
          <w:p>
            <w:pPr>
              <w:spacing w:after="0"/>
            </w:pPr>
            <w:r>
              <w:rPr>
                <w:color w:val="4D545A"/>
                <w:sz w:val="15"/>
              </w:rPr>
              <w:t>________________</w:t>
            </w:r>
          </w:p>
        </w:tc>
        <w:tc>
          <w:tcPr>
            <w:tcW w:type="dxa" w:w="2333"/>
            <w:tcMar>
              <w:top w:w="38" w:type="dxa"/>
              <w:start w:w="45" w:type="dxa"/>
              <w:bottom w:w="38" w:type="dxa"/>
              <w:end w:w="45" w:type="dxa"/>
            </w:tcMar>
          </w:tcPr>
          <w:p>
            <w:pPr>
              <w:spacing w:after="0"/>
            </w:pPr>
            <w:r>
              <w:rPr>
                <w:color w:val="4D545A"/>
                <w:sz w:val="15"/>
              </w:rPr>
              <w:t>________________</w:t>
            </w:r>
          </w:p>
        </w:tc>
        <w:tc>
          <w:tcPr>
            <w:tcW w:type="dxa" w:w="4104"/>
            <w:tcMar>
              <w:top w:w="38" w:type="dxa"/>
              <w:start w:w="45" w:type="dxa"/>
              <w:bottom w:w="38" w:type="dxa"/>
              <w:end w:w="45" w:type="dxa"/>
            </w:tcMar>
          </w:tcPr>
          <w:p>
            <w:pPr>
              <w:spacing w:after="0"/>
            </w:pPr>
            <w:r>
              <w:rPr>
                <w:color w:val="4D545A"/>
                <w:sz w:val="15"/>
              </w:rPr>
              <w:t>____________________</w:t>
            </w:r>
          </w:p>
        </w:tc>
      </w:tr>
      <w:tr>
        <w:tc>
          <w:tcPr>
            <w:tcW w:type="dxa" w:w="1699"/>
            <w:tcMar>
              <w:top w:w="38" w:type="dxa"/>
              <w:start w:w="45" w:type="dxa"/>
              <w:bottom w:w="38" w:type="dxa"/>
              <w:end w:w="45" w:type="dxa"/>
            </w:tcMar>
          </w:tcPr>
          <w:p>
            <w:pPr>
              <w:spacing w:after="0"/>
            </w:pPr>
            <w:r>
              <w:rPr>
                <w:color w:val="4D545A"/>
                <w:sz w:val="15"/>
              </w:rPr>
              <w:t>Speaker 2: __________</w:t>
            </w:r>
          </w:p>
        </w:tc>
        <w:tc>
          <w:tcPr>
            <w:tcW w:type="dxa" w:w="2621"/>
            <w:tcMar>
              <w:top w:w="38" w:type="dxa"/>
              <w:start w:w="45" w:type="dxa"/>
              <w:bottom w:w="38" w:type="dxa"/>
              <w:end w:w="45" w:type="dxa"/>
            </w:tcMar>
          </w:tcPr>
          <w:p>
            <w:pPr>
              <w:spacing w:after="0"/>
            </w:pPr>
            <w:r>
              <w:rPr>
                <w:color w:val="4D545A"/>
                <w:sz w:val="15"/>
              </w:rPr>
              <w:t>________________</w:t>
            </w:r>
          </w:p>
        </w:tc>
        <w:tc>
          <w:tcPr>
            <w:tcW w:type="dxa" w:w="2333"/>
            <w:tcMar>
              <w:top w:w="38" w:type="dxa"/>
              <w:start w:w="45" w:type="dxa"/>
              <w:bottom w:w="38" w:type="dxa"/>
              <w:end w:w="45" w:type="dxa"/>
            </w:tcMar>
          </w:tcPr>
          <w:p>
            <w:pPr>
              <w:spacing w:after="0"/>
            </w:pPr>
            <w:r>
              <w:rPr>
                <w:color w:val="4D545A"/>
                <w:sz w:val="15"/>
              </w:rPr>
              <w:t>________________</w:t>
            </w:r>
          </w:p>
        </w:tc>
        <w:tc>
          <w:tcPr>
            <w:tcW w:type="dxa" w:w="4104"/>
            <w:tcMar>
              <w:top w:w="38" w:type="dxa"/>
              <w:start w:w="45" w:type="dxa"/>
              <w:bottom w:w="38" w:type="dxa"/>
              <w:end w:w="45" w:type="dxa"/>
            </w:tcMar>
          </w:tcPr>
          <w:p>
            <w:pPr>
              <w:spacing w:after="0"/>
            </w:pPr>
            <w:r>
              <w:rPr>
                <w:color w:val="4D545A"/>
                <w:sz w:val="15"/>
              </w:rPr>
              <w:t>____________________</w:t>
            </w:r>
          </w:p>
        </w:tc>
      </w:tr>
      <w:tr>
        <w:tc>
          <w:tcPr>
            <w:tcW w:type="dxa" w:w="1699"/>
            <w:tcMar>
              <w:top w:w="38" w:type="dxa"/>
              <w:start w:w="45" w:type="dxa"/>
              <w:bottom w:w="38" w:type="dxa"/>
              <w:end w:w="45" w:type="dxa"/>
            </w:tcMar>
          </w:tcPr>
          <w:p>
            <w:pPr>
              <w:spacing w:after="0"/>
            </w:pPr>
            <w:r>
              <w:rPr>
                <w:color w:val="4D545A"/>
                <w:sz w:val="15"/>
              </w:rPr>
              <w:t>Speaker 3: __________</w:t>
            </w:r>
          </w:p>
        </w:tc>
        <w:tc>
          <w:tcPr>
            <w:tcW w:type="dxa" w:w="2621"/>
            <w:tcMar>
              <w:top w:w="38" w:type="dxa"/>
              <w:start w:w="45" w:type="dxa"/>
              <w:bottom w:w="38" w:type="dxa"/>
              <w:end w:w="45" w:type="dxa"/>
            </w:tcMar>
          </w:tcPr>
          <w:p>
            <w:pPr>
              <w:spacing w:after="0"/>
            </w:pPr>
            <w:r>
              <w:rPr>
                <w:color w:val="4D545A"/>
                <w:sz w:val="15"/>
              </w:rPr>
              <w:t>________________</w:t>
            </w:r>
          </w:p>
        </w:tc>
        <w:tc>
          <w:tcPr>
            <w:tcW w:type="dxa" w:w="2333"/>
            <w:tcMar>
              <w:top w:w="38" w:type="dxa"/>
              <w:start w:w="45" w:type="dxa"/>
              <w:bottom w:w="38" w:type="dxa"/>
              <w:end w:w="45" w:type="dxa"/>
            </w:tcMar>
          </w:tcPr>
          <w:p>
            <w:pPr>
              <w:spacing w:after="0"/>
            </w:pPr>
            <w:r>
              <w:rPr>
                <w:color w:val="4D545A"/>
                <w:sz w:val="15"/>
              </w:rPr>
              <w:t>________________</w:t>
            </w:r>
          </w:p>
        </w:tc>
        <w:tc>
          <w:tcPr>
            <w:tcW w:type="dxa" w:w="4104"/>
            <w:tcMar>
              <w:top w:w="38" w:type="dxa"/>
              <w:start w:w="45" w:type="dxa"/>
              <w:bottom w:w="38" w:type="dxa"/>
              <w:end w:w="45" w:type="dxa"/>
            </w:tcMar>
          </w:tcPr>
          <w:p>
            <w:pPr>
              <w:spacing w:after="0"/>
            </w:pPr>
            <w:r>
              <w:rPr>
                <w:color w:val="4D545A"/>
                <w:sz w:val="15"/>
              </w:rPr>
              <w:t>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547" w:right="691" w:bottom="518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color w:val="7D8288"/>
        <w:sz w:val="14"/>
      </w:rPr>
      <w:t>autopodcastai.com  •  Free Resource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 w:eastAsia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Podcast Recording Readiness Checklist + Track Map</dc:title>
  <dc:subject>Free one-page podcast recording readiness resource</dc:subject>
  <dc:creator>autopodcastai.com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